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13D1" w:rsidRPr="00E31645" w:rsidRDefault="00000000">
      <w:pPr>
        <w:jc w:val="center"/>
        <w:rPr>
          <w:lang w:val="ru-RU"/>
        </w:rPr>
      </w:pPr>
      <w:r w:rsidRPr="00E31645">
        <w:rPr>
          <w:b/>
          <w:lang w:val="ru-RU"/>
        </w:rPr>
        <w:t>РЕШЕНИЕ № 4</w:t>
      </w:r>
    </w:p>
    <w:p w:rsidR="00EF13D1" w:rsidRPr="00E31645" w:rsidRDefault="00000000">
      <w:pPr>
        <w:jc w:val="center"/>
        <w:rPr>
          <w:lang w:val="ru-RU"/>
        </w:rPr>
      </w:pPr>
      <w:r w:rsidRPr="00E31645">
        <w:rPr>
          <w:b/>
          <w:lang w:val="ru-RU"/>
        </w:rPr>
        <w:t>единственного участника</w:t>
      </w:r>
    </w:p>
    <w:p w:rsidR="00EF13D1" w:rsidRPr="00E31645" w:rsidRDefault="00000000">
      <w:pPr>
        <w:jc w:val="center"/>
        <w:rPr>
          <w:lang w:val="ru-RU"/>
        </w:rPr>
      </w:pPr>
      <w:r w:rsidRPr="00E31645">
        <w:rPr>
          <w:b/>
          <w:lang w:val="ru-RU"/>
        </w:rPr>
        <w:t>Общества с ограниченной ответственностью «Меридиан»</w:t>
      </w:r>
    </w:p>
    <w:p w:rsidR="00EF13D1" w:rsidRPr="00E31645" w:rsidRDefault="00000000">
      <w:pPr>
        <w:spacing w:after="280"/>
        <w:jc w:val="center"/>
        <w:rPr>
          <w:lang w:val="ru-RU"/>
        </w:rPr>
      </w:pPr>
      <w:r w:rsidRPr="00E31645">
        <w:rPr>
          <w:b/>
          <w:lang w:val="ru-RU"/>
        </w:rPr>
        <w:t>об избрании генерального директора на новый срок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EF13D1">
        <w:trPr>
          <w:jc w:val="center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3D1" w:rsidRDefault="00000000">
            <w:r>
              <w:t>г. Москва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3D1" w:rsidRDefault="00000000">
            <w:pPr>
              <w:jc w:val="right"/>
            </w:pPr>
            <w:r>
              <w:t>20 августа 2026 года</w:t>
            </w:r>
          </w:p>
        </w:tc>
      </w:tr>
    </w:tbl>
    <w:p w:rsidR="00EF13D1" w:rsidRPr="00E31645" w:rsidRDefault="00000000">
      <w:pPr>
        <w:spacing w:before="240" w:after="160"/>
        <w:ind w:firstLine="709"/>
        <w:rPr>
          <w:lang w:val="ru-RU"/>
        </w:rPr>
      </w:pPr>
      <w:r w:rsidRPr="00E31645">
        <w:rPr>
          <w:lang w:val="ru-RU"/>
        </w:rPr>
        <w:t>Я, Петрова Марина Олеговна, являясь единственным участником Общества с ограниченной ответственностью «Меридиан» (ОГРН 1267700123456, ИНН 7701234567), владеющей долей в размере 100 процентов уставного капитала Общества, руководствуясь уставом ООО «Меридиан» и пунктом 1 статьи 40 Федерального закона от 08.02.1998 № 14-ФЗ,</w:t>
      </w:r>
    </w:p>
    <w:p w:rsidR="00EF13D1" w:rsidRPr="00E31645" w:rsidRDefault="00000000">
      <w:pPr>
        <w:spacing w:before="120" w:after="200"/>
        <w:jc w:val="center"/>
        <w:rPr>
          <w:lang w:val="ru-RU"/>
        </w:rPr>
      </w:pPr>
      <w:r w:rsidRPr="00E31645">
        <w:rPr>
          <w:b/>
          <w:lang w:val="ru-RU"/>
        </w:rPr>
        <w:t>РЕШИЛА:</w:t>
      </w:r>
    </w:p>
    <w:p w:rsidR="00EF13D1" w:rsidRPr="00E31645" w:rsidRDefault="00000000">
      <w:pPr>
        <w:spacing w:after="180"/>
        <w:rPr>
          <w:lang w:val="ru-RU"/>
        </w:rPr>
      </w:pPr>
      <w:r w:rsidRPr="00E31645">
        <w:rPr>
          <w:lang w:val="ru-RU"/>
        </w:rPr>
        <w:t>1. Избрать Иванова Сергея Петровича генеральным директором ООО «Меридиан» на новый срок — три года, с 1 сентября 2026 года по 31 августа 2029 года включительно.</w:t>
      </w:r>
    </w:p>
    <w:p w:rsidR="00EF13D1" w:rsidRPr="00E31645" w:rsidRDefault="00000000">
      <w:pPr>
        <w:spacing w:after="180"/>
        <w:rPr>
          <w:lang w:val="ru-RU"/>
        </w:rPr>
      </w:pPr>
      <w:r w:rsidRPr="00E31645">
        <w:rPr>
          <w:lang w:val="ru-RU"/>
        </w:rPr>
        <w:t>2. Факт принятия настоящего решения удостоверить нотариально (п. 1 ст. 40 Федерального закона от 08.02.1998 № 14-ФЗ).</w:t>
      </w:r>
    </w:p>
    <w:p w:rsidR="00EF13D1" w:rsidRDefault="00000000">
      <w:pPr>
        <w:spacing w:before="480" w:after="80"/>
      </w:pPr>
      <w:proofErr w:type="spellStart"/>
      <w:r>
        <w:t>Единственный</w:t>
      </w:r>
      <w:proofErr w:type="spellEnd"/>
      <w:r>
        <w:t xml:space="preserve"> </w:t>
      </w:r>
      <w:proofErr w:type="spellStart"/>
      <w:r>
        <w:t>участник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EF13D1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EF13D1" w:rsidRDefault="00000000">
            <w:r>
              <w:t>____________________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EF13D1" w:rsidRDefault="00000000">
            <w:r>
              <w:t>Петрова М. О.</w:t>
            </w:r>
          </w:p>
        </w:tc>
      </w:tr>
    </w:tbl>
    <w:p w:rsidR="00EF13D1" w:rsidRDefault="00EF13D1">
      <w:pPr>
        <w:spacing w:before="520"/>
      </w:pPr>
    </w:p>
    <w:sectPr w:rsidR="00EF13D1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9254527">
    <w:abstractNumId w:val="8"/>
  </w:num>
  <w:num w:numId="2" w16cid:durableId="395058294">
    <w:abstractNumId w:val="6"/>
  </w:num>
  <w:num w:numId="3" w16cid:durableId="568804692">
    <w:abstractNumId w:val="5"/>
  </w:num>
  <w:num w:numId="4" w16cid:durableId="454567658">
    <w:abstractNumId w:val="4"/>
  </w:num>
  <w:num w:numId="5" w16cid:durableId="819613002">
    <w:abstractNumId w:val="7"/>
  </w:num>
  <w:num w:numId="6" w16cid:durableId="1977489464">
    <w:abstractNumId w:val="3"/>
  </w:num>
  <w:num w:numId="7" w16cid:durableId="250508872">
    <w:abstractNumId w:val="2"/>
  </w:num>
  <w:num w:numId="8" w16cid:durableId="842278918">
    <w:abstractNumId w:val="1"/>
  </w:num>
  <w:num w:numId="9" w16cid:durableId="18398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31645"/>
    <w:rsid w:val="00EF13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DD95F"/>
  <w14:defaultImageDpi w14:val="300"/>
  <w15:docId w15:val="{5E79617A-C9E4-824D-972C-008AF5A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736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полномочий директора: образец с заполненными данными</dc:title>
  <dc:subject>Образец решения единственного участника ООО об избрании генерального директора на новый срок</dc:subject>
  <dc:creator>Microsoft Office User</dc:creator>
  <cp:keywords/>
  <dc:description>generated by python-docx</dc:description>
  <cp:lastModifiedBy>Microsoft Office User</cp:lastModifiedBy>
  <cp:revision>2</cp:revision>
  <dcterms:created xsi:type="dcterms:W3CDTF">2026-08-26T17:19:00Z</dcterms:created>
  <dcterms:modified xsi:type="dcterms:W3CDTF">2026-08-26T17:19:00Z</dcterms:modified>
  <cp:category/>
</cp:coreProperties>
</file>