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232E68" w:rsidRPr="00652DDA">
        <w:tc>
          <w:tcPr>
            <w:tcW w:w="4986" w:type="dxa"/>
          </w:tcPr>
          <w:p w:rsidR="00232E68" w:rsidRPr="00652DDA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2DD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ООО Городские поставки</w:t>
            </w:r>
          </w:p>
          <w:p w:rsidR="00232E68" w:rsidRPr="00652DDA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2D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ИНН 7709462185, КПП 770901001</w:t>
            </w:r>
          </w:p>
          <w:p w:rsidR="00232E68" w:rsidRPr="00652DDA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2D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ОГРН 1187746123456</w:t>
            </w:r>
          </w:p>
          <w:p w:rsidR="00232E68" w:rsidRPr="00652DDA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2D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109004, г. Москва, ул. </w:t>
            </w:r>
            <w:proofErr w:type="spellStart"/>
            <w:r w:rsidRPr="00652D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Николоямская</w:t>
            </w:r>
            <w:proofErr w:type="spellEnd"/>
            <w:r w:rsidRPr="00652D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д. 28</w:t>
            </w:r>
          </w:p>
          <w:p w:rsidR="00232E68" w:rsidRPr="00652DDA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DA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652DDA">
              <w:rPr>
                <w:rFonts w:ascii="Times New Roman" w:hAnsi="Times New Roman" w:cs="Times New Roman"/>
                <w:sz w:val="24"/>
                <w:szCs w:val="24"/>
              </w:rPr>
              <w:t>. +7 (495) 123-45-67</w:t>
            </w:r>
          </w:p>
          <w:p w:rsidR="00232E68" w:rsidRPr="00652DDA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2DDA">
              <w:rPr>
                <w:rFonts w:ascii="Times New Roman" w:hAnsi="Times New Roman" w:cs="Times New Roman"/>
                <w:sz w:val="24"/>
                <w:szCs w:val="24"/>
              </w:rPr>
              <w:t>e-mail: office@gorpost.ru</w:t>
            </w:r>
          </w:p>
        </w:tc>
        <w:tc>
          <w:tcPr>
            <w:tcW w:w="4986" w:type="dxa"/>
          </w:tcPr>
          <w:p w:rsidR="00232E68" w:rsidRPr="00652DDA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2D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Генеральному директору</w:t>
            </w:r>
          </w:p>
          <w:p w:rsidR="00232E68" w:rsidRPr="00652DDA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2D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ООО Торговый дом Меридиан</w:t>
            </w:r>
          </w:p>
          <w:p w:rsidR="00232E68" w:rsidRPr="00652DDA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2D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Кузнецову Андрею Викторовичу</w:t>
            </w:r>
          </w:p>
          <w:p w:rsidR="00232E68" w:rsidRPr="00652DDA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2D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ИНН 7728459031, КПП 772801001</w:t>
            </w:r>
          </w:p>
          <w:p w:rsidR="00232E68" w:rsidRPr="00652DDA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2D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117342, г. Москва, ул. Бутлерова, д. 17</w:t>
            </w:r>
          </w:p>
        </w:tc>
      </w:tr>
    </w:tbl>
    <w:p w:rsidR="00232E68" w:rsidRPr="00652DDA" w:rsidRDefault="00232E6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32E68" w:rsidRPr="00652DDA" w:rsidRDefault="0000000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52DDA">
        <w:rPr>
          <w:rFonts w:ascii="Times New Roman" w:hAnsi="Times New Roman" w:cs="Times New Roman"/>
          <w:sz w:val="24"/>
          <w:szCs w:val="24"/>
          <w:lang w:val="ru-RU"/>
        </w:rPr>
        <w:t>Исх. № 58/08 от 14.08.2026</w:t>
      </w:r>
    </w:p>
    <w:p w:rsidR="00232E68" w:rsidRPr="00652DDA" w:rsidRDefault="00000000">
      <w:pPr>
        <w:spacing w:before="280" w:after="2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52DDA">
        <w:rPr>
          <w:rFonts w:ascii="Times New Roman" w:hAnsi="Times New Roman" w:cs="Times New Roman"/>
          <w:b/>
          <w:sz w:val="24"/>
          <w:szCs w:val="24"/>
          <w:lang w:val="ru-RU"/>
        </w:rPr>
        <w:t>ГАРАНТИЙНОЕ ПИСЬМО ОБ ОПЛАТЕ</w:t>
      </w:r>
    </w:p>
    <w:p w:rsidR="00232E68" w:rsidRPr="00652DDA" w:rsidRDefault="00000000">
      <w:pPr>
        <w:spacing w:after="16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52DDA">
        <w:rPr>
          <w:rFonts w:ascii="Times New Roman" w:hAnsi="Times New Roman" w:cs="Times New Roman"/>
          <w:sz w:val="24"/>
          <w:szCs w:val="24"/>
          <w:lang w:val="ru-RU"/>
        </w:rPr>
        <w:t>ООО Городские поставки подтверждает задолженность перед ООО Торговый дом Меридиан по договору поставки от 01.07.2026 № 41-П в размере 487 300 руб. Задолженность возникла за товар, переданный по УПД от 05.08.2026 № 684.</w:t>
      </w:r>
    </w:p>
    <w:p w:rsidR="00232E68" w:rsidRPr="00652DDA" w:rsidRDefault="00000000">
      <w:pPr>
        <w:spacing w:after="16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52DDA">
        <w:rPr>
          <w:rFonts w:ascii="Times New Roman" w:hAnsi="Times New Roman" w:cs="Times New Roman"/>
          <w:sz w:val="24"/>
          <w:szCs w:val="24"/>
          <w:lang w:val="ru-RU"/>
        </w:rPr>
        <w:t>ООО Городские поставки обязуется перечислить 487 300 руб. на расчетный счет ООО Торговый дом Меридиан не позднее 28 августа 2026 года.</w:t>
      </w:r>
    </w:p>
    <w:p w:rsidR="00232E68" w:rsidRPr="00652DDA" w:rsidRDefault="00000000">
      <w:pPr>
        <w:spacing w:after="16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52DDA">
        <w:rPr>
          <w:rFonts w:ascii="Times New Roman" w:hAnsi="Times New Roman" w:cs="Times New Roman"/>
          <w:sz w:val="24"/>
          <w:szCs w:val="24"/>
          <w:lang w:val="ru-RU"/>
        </w:rPr>
        <w:t>Просим предоставить отсрочку оплаты до указанной даты. Настоящим письмом подтверждаем размер задолженности и обязанность погасить ее в полном объеме.</w:t>
      </w:r>
    </w:p>
    <w:p w:rsidR="00232E68" w:rsidRPr="00652DDA" w:rsidRDefault="00232E68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232E68" w:rsidRPr="00652DDA">
        <w:tc>
          <w:tcPr>
            <w:tcW w:w="3324" w:type="dxa"/>
          </w:tcPr>
          <w:p w:rsidR="00232E68" w:rsidRPr="00652DDA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DA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</w:t>
            </w:r>
            <w:proofErr w:type="spellEnd"/>
            <w:r w:rsidRPr="00652D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2DDA"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3324" w:type="dxa"/>
          </w:tcPr>
          <w:p w:rsidR="00232E68" w:rsidRPr="00652DDA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52DDA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  <w:tc>
          <w:tcPr>
            <w:tcW w:w="3324" w:type="dxa"/>
          </w:tcPr>
          <w:p w:rsidR="00232E68" w:rsidRPr="00652DDA" w:rsidRDefault="00652DDA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52D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Иванов </w:t>
            </w:r>
            <w:r w:rsidR="00000000" w:rsidRPr="00652DDA">
              <w:rPr>
                <w:rFonts w:ascii="Times New Roman" w:hAnsi="Times New Roman" w:cs="Times New Roman"/>
                <w:sz w:val="24"/>
                <w:szCs w:val="24"/>
              </w:rPr>
              <w:t>М. Д.</w:t>
            </w:r>
          </w:p>
        </w:tc>
      </w:tr>
      <w:tr w:rsidR="00232E68" w:rsidRPr="00652DDA">
        <w:tc>
          <w:tcPr>
            <w:tcW w:w="3324" w:type="dxa"/>
          </w:tcPr>
          <w:p w:rsidR="00232E68" w:rsidRPr="00652DDA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52DDA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3324" w:type="dxa"/>
          </w:tcPr>
          <w:p w:rsidR="00232E68" w:rsidRPr="00652DDA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52DDA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  <w:tc>
          <w:tcPr>
            <w:tcW w:w="3324" w:type="dxa"/>
          </w:tcPr>
          <w:p w:rsidR="00232E68" w:rsidRPr="00652DDA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52DDA">
              <w:rPr>
                <w:rFonts w:ascii="Times New Roman" w:hAnsi="Times New Roman" w:cs="Times New Roman"/>
                <w:sz w:val="24"/>
                <w:szCs w:val="24"/>
              </w:rPr>
              <w:t>Власова Е. Р.</w:t>
            </w:r>
          </w:p>
        </w:tc>
      </w:tr>
      <w:tr w:rsidR="00232E68" w:rsidRPr="00652DDA">
        <w:tc>
          <w:tcPr>
            <w:tcW w:w="3324" w:type="dxa"/>
          </w:tcPr>
          <w:p w:rsidR="00232E68" w:rsidRPr="00652DDA" w:rsidRDefault="00000000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52DDA">
              <w:rPr>
                <w:rFonts w:ascii="Times New Roman" w:hAnsi="Times New Roman" w:cs="Times New Roman"/>
                <w:sz w:val="24"/>
                <w:szCs w:val="24"/>
              </w:rPr>
              <w:t>М.П. при наличии</w:t>
            </w:r>
          </w:p>
        </w:tc>
        <w:tc>
          <w:tcPr>
            <w:tcW w:w="3324" w:type="dxa"/>
          </w:tcPr>
          <w:p w:rsidR="00232E68" w:rsidRPr="00652DDA" w:rsidRDefault="00232E68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:rsidR="00232E68" w:rsidRPr="00652DDA" w:rsidRDefault="00232E68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2E68" w:rsidRPr="00652DDA" w:rsidRDefault="00232E68">
      <w:pPr>
        <w:spacing w:before="200" w:after="0"/>
        <w:rPr>
          <w:rFonts w:ascii="Times New Roman" w:hAnsi="Times New Roman" w:cs="Times New Roman"/>
          <w:sz w:val="24"/>
          <w:szCs w:val="24"/>
        </w:rPr>
      </w:pPr>
    </w:p>
    <w:sectPr w:rsidR="00232E68" w:rsidRPr="00652DDA" w:rsidSect="00034616"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2712630">
    <w:abstractNumId w:val="8"/>
  </w:num>
  <w:num w:numId="2" w16cid:durableId="309553951">
    <w:abstractNumId w:val="6"/>
  </w:num>
  <w:num w:numId="3" w16cid:durableId="1187868587">
    <w:abstractNumId w:val="5"/>
  </w:num>
  <w:num w:numId="4" w16cid:durableId="1530947985">
    <w:abstractNumId w:val="4"/>
  </w:num>
  <w:num w:numId="5" w16cid:durableId="1452438680">
    <w:abstractNumId w:val="7"/>
  </w:num>
  <w:num w:numId="6" w16cid:durableId="1775831276">
    <w:abstractNumId w:val="3"/>
  </w:num>
  <w:num w:numId="7" w16cid:durableId="2054965164">
    <w:abstractNumId w:val="2"/>
  </w:num>
  <w:num w:numId="8" w16cid:durableId="1616136473">
    <w:abstractNumId w:val="1"/>
  </w:num>
  <w:num w:numId="9" w16cid:durableId="199246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2E68"/>
    <w:rsid w:val="0029639D"/>
    <w:rsid w:val="00326F90"/>
    <w:rsid w:val="00652DD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CCB60A"/>
  <w14:defaultImageDpi w14:val="300"/>
  <w15:docId w15:val="{5E79617A-C9E4-824D-972C-008AF5A8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856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2026-08-14T10:03:00Z</dcterms:created>
  <dcterms:modified xsi:type="dcterms:W3CDTF">2026-08-14T10:03:00Z</dcterms:modified>
  <cp:category/>
</cp:coreProperties>
</file>